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54CB4" w14:textId="77777777" w:rsidR="0022060E" w:rsidRPr="00D018F1" w:rsidRDefault="008D1BE7">
      <w:pPr>
        <w:jc w:val="center"/>
        <w:rPr>
          <w:rFonts w:ascii="Arial Nova Light" w:hAnsi="Arial Nova Light"/>
          <w:sz w:val="21"/>
          <w:szCs w:val="21"/>
        </w:rPr>
      </w:pPr>
      <w:r w:rsidRPr="00D018F1">
        <w:rPr>
          <w:rFonts w:ascii="Arial Nova Light" w:hAnsi="Arial Nova Light"/>
          <w:b/>
          <w:sz w:val="21"/>
          <w:szCs w:val="21"/>
        </w:rPr>
        <w:t>OBRAZAC ZA SUDJELOVANJE U SAVJETOVANJU S JAVNOŠĆU</w:t>
      </w:r>
    </w:p>
    <w:p w14:paraId="5C255C6F" w14:textId="5A58019E" w:rsidR="0022060E" w:rsidRPr="006E1A69" w:rsidRDefault="000F713F" w:rsidP="005465A8">
      <w:pPr>
        <w:jc w:val="center"/>
        <w:rPr>
          <w:rFonts w:ascii="Arial Nova Light" w:hAnsi="Arial Nova Light"/>
          <w:b/>
          <w:bCs/>
          <w:sz w:val="21"/>
          <w:szCs w:val="21"/>
        </w:rPr>
      </w:pPr>
      <w:r>
        <w:rPr>
          <w:rFonts w:ascii="Arial Nova Light" w:hAnsi="Arial Nova Light"/>
          <w:b/>
          <w:bCs/>
          <w:sz w:val="21"/>
          <w:szCs w:val="21"/>
        </w:rPr>
        <w:t>O</w:t>
      </w:r>
      <w:r w:rsidR="006E1A69" w:rsidRPr="006E1A69">
        <w:rPr>
          <w:rFonts w:ascii="Arial Nova Light" w:hAnsi="Arial Nova Light"/>
          <w:b/>
          <w:bCs/>
          <w:sz w:val="21"/>
          <w:szCs w:val="21"/>
        </w:rPr>
        <w:t xml:space="preserve"> NACRT</w:t>
      </w:r>
      <w:r>
        <w:rPr>
          <w:rFonts w:ascii="Arial Nova Light" w:hAnsi="Arial Nova Light"/>
          <w:b/>
          <w:bCs/>
          <w:sz w:val="21"/>
          <w:szCs w:val="21"/>
        </w:rPr>
        <w:t>U</w:t>
      </w:r>
      <w:r w:rsidR="006E1A69" w:rsidRPr="006E1A69">
        <w:rPr>
          <w:rFonts w:ascii="Arial Nova Light" w:hAnsi="Arial Nova Light"/>
          <w:b/>
          <w:bCs/>
          <w:sz w:val="21"/>
          <w:szCs w:val="21"/>
        </w:rPr>
        <w:t xml:space="preserve"> PRAVILNIKA O RAVNATELJIMA DRUŠTAVA HRVATSKOG CRVENOG KRIŽA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82"/>
        <w:gridCol w:w="4981"/>
      </w:tblGrid>
      <w:tr w:rsidR="0022060E" w:rsidRPr="00D018F1" w14:paraId="4169889E" w14:textId="77777777">
        <w:trPr>
          <w:jc w:val="center"/>
        </w:trPr>
        <w:tc>
          <w:tcPr>
            <w:tcW w:w="4986" w:type="dxa"/>
            <w:shd w:val="clear" w:color="auto" w:fill="E7E6E6"/>
            <w:vAlign w:val="center"/>
          </w:tcPr>
          <w:p w14:paraId="20580889" w14:textId="77777777" w:rsidR="0022060E" w:rsidRPr="00D018F1" w:rsidRDefault="008D1BE7">
            <w:pPr>
              <w:rPr>
                <w:rFonts w:ascii="Arial Nova Light" w:hAnsi="Arial Nova Light"/>
                <w:sz w:val="21"/>
                <w:szCs w:val="21"/>
              </w:rPr>
            </w:pPr>
            <w:r w:rsidRPr="00D018F1">
              <w:rPr>
                <w:rFonts w:ascii="Arial Nova Light" w:hAnsi="Arial Nova Light"/>
                <w:sz w:val="21"/>
                <w:szCs w:val="21"/>
              </w:rPr>
              <w:t>Nositelj savjetovanja</w:t>
            </w:r>
          </w:p>
        </w:tc>
        <w:tc>
          <w:tcPr>
            <w:tcW w:w="4986" w:type="dxa"/>
            <w:vAlign w:val="center"/>
          </w:tcPr>
          <w:p w14:paraId="6C4C2D0F" w14:textId="77777777" w:rsidR="0022060E" w:rsidRPr="00D018F1" w:rsidRDefault="008D1BE7">
            <w:pPr>
              <w:rPr>
                <w:rFonts w:ascii="Arial Nova Light" w:hAnsi="Arial Nova Light"/>
                <w:sz w:val="21"/>
                <w:szCs w:val="21"/>
              </w:rPr>
            </w:pPr>
            <w:r w:rsidRPr="00D018F1">
              <w:rPr>
                <w:rFonts w:ascii="Arial Nova Light" w:hAnsi="Arial Nova Light"/>
                <w:sz w:val="21"/>
                <w:szCs w:val="21"/>
              </w:rPr>
              <w:t>Hrvatski Crveni križ</w:t>
            </w:r>
          </w:p>
        </w:tc>
      </w:tr>
      <w:tr w:rsidR="0022060E" w:rsidRPr="00D018F1" w14:paraId="6EA00D5C" w14:textId="77777777">
        <w:trPr>
          <w:jc w:val="center"/>
        </w:trPr>
        <w:tc>
          <w:tcPr>
            <w:tcW w:w="4986" w:type="dxa"/>
            <w:shd w:val="clear" w:color="auto" w:fill="E7E6E6"/>
            <w:vAlign w:val="center"/>
          </w:tcPr>
          <w:p w14:paraId="08AAEC18" w14:textId="77777777" w:rsidR="0022060E" w:rsidRPr="00D018F1" w:rsidRDefault="008D1BE7">
            <w:pPr>
              <w:rPr>
                <w:rFonts w:ascii="Arial Nova Light" w:hAnsi="Arial Nova Light"/>
                <w:sz w:val="21"/>
                <w:szCs w:val="21"/>
              </w:rPr>
            </w:pPr>
            <w:r w:rsidRPr="00D018F1">
              <w:rPr>
                <w:rFonts w:ascii="Arial Nova Light" w:hAnsi="Arial Nova Light"/>
                <w:sz w:val="21"/>
                <w:szCs w:val="21"/>
              </w:rPr>
              <w:t>Predmet savjetovanja</w:t>
            </w:r>
          </w:p>
        </w:tc>
        <w:tc>
          <w:tcPr>
            <w:tcW w:w="4986" w:type="dxa"/>
            <w:vAlign w:val="center"/>
          </w:tcPr>
          <w:p w14:paraId="20300E44" w14:textId="77777777" w:rsidR="0022060E" w:rsidRPr="00D018F1" w:rsidRDefault="008D1BE7">
            <w:pPr>
              <w:rPr>
                <w:rFonts w:ascii="Arial Nova Light" w:hAnsi="Arial Nova Light"/>
                <w:sz w:val="21"/>
                <w:szCs w:val="21"/>
              </w:rPr>
            </w:pPr>
            <w:r w:rsidRPr="00D018F1">
              <w:rPr>
                <w:rFonts w:ascii="Arial Nova Light" w:hAnsi="Arial Nova Light"/>
                <w:sz w:val="21"/>
                <w:szCs w:val="21"/>
              </w:rPr>
              <w:t>Nacrt Pravilnika o ravnateljima društava Hrvatskog Crvenog križa</w:t>
            </w:r>
          </w:p>
        </w:tc>
      </w:tr>
      <w:tr w:rsidR="0022060E" w:rsidRPr="00D018F1" w14:paraId="23010226" w14:textId="77777777">
        <w:trPr>
          <w:jc w:val="center"/>
        </w:trPr>
        <w:tc>
          <w:tcPr>
            <w:tcW w:w="4986" w:type="dxa"/>
            <w:shd w:val="clear" w:color="auto" w:fill="E7E6E6"/>
            <w:vAlign w:val="center"/>
          </w:tcPr>
          <w:p w14:paraId="0D2D6747" w14:textId="77777777" w:rsidR="0022060E" w:rsidRPr="00D018F1" w:rsidRDefault="008D1BE7">
            <w:pPr>
              <w:rPr>
                <w:rFonts w:ascii="Arial Nova Light" w:hAnsi="Arial Nova Light"/>
                <w:sz w:val="21"/>
                <w:szCs w:val="21"/>
              </w:rPr>
            </w:pPr>
            <w:r w:rsidRPr="00D018F1">
              <w:rPr>
                <w:rFonts w:ascii="Arial Nova Light" w:hAnsi="Arial Nova Light"/>
                <w:sz w:val="21"/>
                <w:szCs w:val="21"/>
              </w:rPr>
              <w:t>Početak savjetovanja</w:t>
            </w:r>
          </w:p>
        </w:tc>
        <w:tc>
          <w:tcPr>
            <w:tcW w:w="4986" w:type="dxa"/>
            <w:vAlign w:val="center"/>
          </w:tcPr>
          <w:p w14:paraId="21DFD527" w14:textId="116497BC" w:rsidR="0022060E" w:rsidRPr="00793F11" w:rsidRDefault="005A4438">
            <w:pPr>
              <w:rPr>
                <w:rFonts w:ascii="Arial Nova Light" w:hAnsi="Arial Nova Light"/>
                <w:sz w:val="21"/>
                <w:szCs w:val="21"/>
              </w:rPr>
            </w:pPr>
            <w:r>
              <w:rPr>
                <w:rFonts w:ascii="Arial Nova Light" w:hAnsi="Arial Nova Light"/>
                <w:sz w:val="21"/>
                <w:szCs w:val="21"/>
              </w:rPr>
              <w:t>6</w:t>
            </w:r>
            <w:r w:rsidR="005465A8" w:rsidRPr="00793F11">
              <w:rPr>
                <w:rFonts w:ascii="Arial Nova Light" w:hAnsi="Arial Nova Light"/>
                <w:sz w:val="21"/>
                <w:szCs w:val="21"/>
              </w:rPr>
              <w:t xml:space="preserve">. </w:t>
            </w:r>
            <w:r w:rsidR="00793F11" w:rsidRPr="00793F11">
              <w:rPr>
                <w:rFonts w:ascii="Arial Nova Light" w:hAnsi="Arial Nova Light"/>
                <w:sz w:val="21"/>
                <w:szCs w:val="21"/>
              </w:rPr>
              <w:t>listopada</w:t>
            </w:r>
            <w:r w:rsidR="00D018F1" w:rsidRPr="00793F11">
              <w:rPr>
                <w:rFonts w:ascii="Arial Nova Light" w:hAnsi="Arial Nova Light"/>
                <w:sz w:val="21"/>
                <w:szCs w:val="21"/>
              </w:rPr>
              <w:t xml:space="preserve"> </w:t>
            </w:r>
            <w:r w:rsidR="005465A8" w:rsidRPr="00793F11">
              <w:rPr>
                <w:rFonts w:ascii="Arial Nova Light" w:hAnsi="Arial Nova Light"/>
                <w:sz w:val="21"/>
                <w:szCs w:val="21"/>
              </w:rPr>
              <w:t>2026.</w:t>
            </w:r>
          </w:p>
        </w:tc>
      </w:tr>
      <w:tr w:rsidR="0022060E" w:rsidRPr="00D018F1" w14:paraId="389FAD04" w14:textId="77777777">
        <w:trPr>
          <w:jc w:val="center"/>
        </w:trPr>
        <w:tc>
          <w:tcPr>
            <w:tcW w:w="4986" w:type="dxa"/>
            <w:shd w:val="clear" w:color="auto" w:fill="E7E6E6"/>
            <w:vAlign w:val="center"/>
          </w:tcPr>
          <w:p w14:paraId="78BC427E" w14:textId="77777777" w:rsidR="0022060E" w:rsidRPr="00D018F1" w:rsidRDefault="008D1BE7">
            <w:pPr>
              <w:rPr>
                <w:rFonts w:ascii="Arial Nova Light" w:hAnsi="Arial Nova Light"/>
                <w:sz w:val="21"/>
                <w:szCs w:val="21"/>
              </w:rPr>
            </w:pPr>
            <w:r w:rsidRPr="00D018F1">
              <w:rPr>
                <w:rFonts w:ascii="Arial Nova Light" w:hAnsi="Arial Nova Light"/>
                <w:sz w:val="21"/>
                <w:szCs w:val="21"/>
              </w:rPr>
              <w:t>Završetak savjetovanja</w:t>
            </w:r>
          </w:p>
        </w:tc>
        <w:tc>
          <w:tcPr>
            <w:tcW w:w="4986" w:type="dxa"/>
            <w:vAlign w:val="center"/>
          </w:tcPr>
          <w:p w14:paraId="694FE20B" w14:textId="1D961AFC" w:rsidR="0022060E" w:rsidRPr="00793F11" w:rsidRDefault="005A4438">
            <w:pPr>
              <w:rPr>
                <w:rFonts w:ascii="Arial Nova Light" w:hAnsi="Arial Nova Light"/>
                <w:sz w:val="21"/>
                <w:szCs w:val="21"/>
              </w:rPr>
            </w:pPr>
            <w:r>
              <w:rPr>
                <w:rFonts w:ascii="Arial Nova Light" w:hAnsi="Arial Nova Light"/>
                <w:sz w:val="21"/>
                <w:szCs w:val="21"/>
              </w:rPr>
              <w:t>5</w:t>
            </w:r>
            <w:r w:rsidR="005465A8" w:rsidRPr="00793F11">
              <w:rPr>
                <w:rFonts w:ascii="Arial Nova Light" w:hAnsi="Arial Nova Light"/>
                <w:sz w:val="21"/>
                <w:szCs w:val="21"/>
              </w:rPr>
              <w:t xml:space="preserve">. </w:t>
            </w:r>
            <w:r w:rsidR="00793F11" w:rsidRPr="00793F11">
              <w:rPr>
                <w:rFonts w:ascii="Arial Nova Light" w:hAnsi="Arial Nova Light"/>
                <w:sz w:val="21"/>
                <w:szCs w:val="21"/>
              </w:rPr>
              <w:t>studenoga</w:t>
            </w:r>
            <w:r w:rsidR="00D018F1" w:rsidRPr="00793F11">
              <w:rPr>
                <w:rFonts w:ascii="Arial Nova Light" w:hAnsi="Arial Nova Light"/>
                <w:sz w:val="21"/>
                <w:szCs w:val="21"/>
              </w:rPr>
              <w:t xml:space="preserve"> </w:t>
            </w:r>
            <w:r w:rsidR="005465A8" w:rsidRPr="00793F11">
              <w:rPr>
                <w:rFonts w:ascii="Arial Nova Light" w:hAnsi="Arial Nova Light"/>
                <w:sz w:val="21"/>
                <w:szCs w:val="21"/>
              </w:rPr>
              <w:t>2026.</w:t>
            </w:r>
          </w:p>
        </w:tc>
      </w:tr>
    </w:tbl>
    <w:p w14:paraId="60BD574E" w14:textId="77777777" w:rsidR="0022060E" w:rsidRPr="00D018F1" w:rsidRDefault="0022060E">
      <w:pPr>
        <w:rPr>
          <w:rFonts w:ascii="Arial Nova Light" w:hAnsi="Arial Nova Light"/>
          <w:sz w:val="21"/>
          <w:szCs w:val="21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82"/>
        <w:gridCol w:w="4981"/>
      </w:tblGrid>
      <w:tr w:rsidR="0022060E" w:rsidRPr="00D018F1" w14:paraId="681D5EDF" w14:textId="77777777" w:rsidTr="005465A8">
        <w:trPr>
          <w:trHeight w:val="611"/>
          <w:jc w:val="center"/>
        </w:trPr>
        <w:tc>
          <w:tcPr>
            <w:tcW w:w="4982" w:type="dxa"/>
            <w:shd w:val="clear" w:color="auto" w:fill="E7E6E6"/>
            <w:vAlign w:val="center"/>
          </w:tcPr>
          <w:p w14:paraId="5ACB37E8" w14:textId="72F75E90" w:rsidR="0022060E" w:rsidRPr="00D018F1" w:rsidRDefault="008D1BE7">
            <w:pPr>
              <w:rPr>
                <w:rFonts w:ascii="Arial Nova Light" w:hAnsi="Arial Nova Light"/>
                <w:sz w:val="21"/>
                <w:szCs w:val="21"/>
              </w:rPr>
            </w:pPr>
            <w:r w:rsidRPr="00D018F1">
              <w:rPr>
                <w:rFonts w:ascii="Arial Nova Light" w:hAnsi="Arial Nova Light"/>
                <w:sz w:val="21"/>
                <w:szCs w:val="21"/>
              </w:rPr>
              <w:t>Ime i prezime odnosno naziv sudionika savjetovanja</w:t>
            </w:r>
          </w:p>
        </w:tc>
        <w:tc>
          <w:tcPr>
            <w:tcW w:w="4981" w:type="dxa"/>
            <w:vAlign w:val="center"/>
          </w:tcPr>
          <w:p w14:paraId="412CA0B0" w14:textId="77777777" w:rsidR="0022060E" w:rsidRPr="00D018F1" w:rsidRDefault="0022060E">
            <w:pPr>
              <w:rPr>
                <w:rFonts w:ascii="Arial Nova Light" w:hAnsi="Arial Nova Light"/>
                <w:sz w:val="21"/>
                <w:szCs w:val="21"/>
              </w:rPr>
            </w:pPr>
          </w:p>
        </w:tc>
      </w:tr>
      <w:tr w:rsidR="0022060E" w:rsidRPr="00D018F1" w14:paraId="21649B6D" w14:textId="77777777" w:rsidTr="005465A8">
        <w:trPr>
          <w:trHeight w:val="1266"/>
          <w:jc w:val="center"/>
        </w:trPr>
        <w:tc>
          <w:tcPr>
            <w:tcW w:w="4982" w:type="dxa"/>
            <w:shd w:val="clear" w:color="auto" w:fill="E7E6E6"/>
            <w:vAlign w:val="center"/>
          </w:tcPr>
          <w:p w14:paraId="44B65593" w14:textId="696507DA" w:rsidR="0022060E" w:rsidRPr="00D018F1" w:rsidRDefault="00D018F1">
            <w:pPr>
              <w:rPr>
                <w:rFonts w:ascii="Arial Nova Light" w:hAnsi="Arial Nova Light"/>
                <w:sz w:val="21"/>
                <w:szCs w:val="21"/>
              </w:rPr>
            </w:pPr>
            <w:r w:rsidRPr="00D018F1">
              <w:rPr>
                <w:rFonts w:ascii="Arial Nova Light" w:hAnsi="Arial Nova Light"/>
                <w:sz w:val="21"/>
                <w:szCs w:val="21"/>
              </w:rPr>
              <w:t>Komentar na Nacrt Pravilnika o ravnateljima društava Hrvatskog Crvenog križa</w:t>
            </w:r>
          </w:p>
        </w:tc>
        <w:tc>
          <w:tcPr>
            <w:tcW w:w="4981" w:type="dxa"/>
            <w:vAlign w:val="center"/>
          </w:tcPr>
          <w:p w14:paraId="21FDD1C1" w14:textId="77777777" w:rsidR="0022060E" w:rsidRPr="00D018F1" w:rsidRDefault="008D1BE7">
            <w:pPr>
              <w:rPr>
                <w:rFonts w:ascii="Arial Nova Light" w:hAnsi="Arial Nova Light"/>
                <w:sz w:val="21"/>
                <w:szCs w:val="21"/>
              </w:rPr>
            </w:pPr>
            <w:r w:rsidRPr="00D018F1">
              <w:rPr>
                <w:rFonts w:ascii="Arial Nova Light" w:hAnsi="Arial Nova Light"/>
                <w:sz w:val="21"/>
                <w:szCs w:val="21"/>
              </w:rPr>
              <w:br/>
            </w:r>
            <w:r w:rsidRPr="00D018F1">
              <w:rPr>
                <w:rFonts w:ascii="Arial Nova Light" w:hAnsi="Arial Nova Light"/>
                <w:sz w:val="21"/>
                <w:szCs w:val="21"/>
              </w:rPr>
              <w:br/>
            </w:r>
            <w:r w:rsidRPr="00D018F1">
              <w:rPr>
                <w:rFonts w:ascii="Arial Nova Light" w:hAnsi="Arial Nova Light"/>
                <w:sz w:val="21"/>
                <w:szCs w:val="21"/>
              </w:rPr>
              <w:br/>
            </w:r>
          </w:p>
        </w:tc>
      </w:tr>
    </w:tbl>
    <w:p w14:paraId="30D57924" w14:textId="77777777" w:rsidR="00BD53D0" w:rsidRDefault="00BD53D0">
      <w:pPr>
        <w:rPr>
          <w:rFonts w:ascii="Arial Nova Light" w:hAnsi="Arial Nova Light"/>
          <w:sz w:val="21"/>
          <w:szCs w:val="21"/>
        </w:rPr>
      </w:pPr>
    </w:p>
    <w:p w14:paraId="2BAB74EC" w14:textId="74BDCFB0" w:rsidR="0022060E" w:rsidRPr="00D018F1" w:rsidRDefault="008D1BE7" w:rsidP="00BD53D0">
      <w:pPr>
        <w:jc w:val="both"/>
        <w:rPr>
          <w:rFonts w:ascii="Arial Nova Light" w:hAnsi="Arial Nova Light"/>
          <w:sz w:val="21"/>
          <w:szCs w:val="21"/>
        </w:rPr>
      </w:pPr>
      <w:r w:rsidRPr="00D018F1">
        <w:rPr>
          <w:rFonts w:ascii="Arial Nova Light" w:hAnsi="Arial Nova Light"/>
          <w:sz w:val="21"/>
          <w:szCs w:val="21"/>
        </w:rPr>
        <w:t xml:space="preserve">Primjedbe, prijedlozi i mišljenja </w:t>
      </w:r>
      <w:r w:rsidR="006E1A69">
        <w:rPr>
          <w:rFonts w:ascii="Arial Nova Light" w:hAnsi="Arial Nova Light"/>
          <w:sz w:val="21"/>
          <w:szCs w:val="21"/>
        </w:rPr>
        <w:t>na</w:t>
      </w:r>
      <w:r w:rsidRPr="00D018F1">
        <w:rPr>
          <w:rFonts w:ascii="Arial Nova Light" w:hAnsi="Arial Nova Light"/>
          <w:sz w:val="21"/>
          <w:szCs w:val="21"/>
        </w:rPr>
        <w:t xml:space="preserve"> pojedin</w:t>
      </w:r>
      <w:r w:rsidR="006E1A69">
        <w:rPr>
          <w:rFonts w:ascii="Arial Nova Light" w:hAnsi="Arial Nova Light"/>
          <w:sz w:val="21"/>
          <w:szCs w:val="21"/>
        </w:rPr>
        <w:t>e</w:t>
      </w:r>
      <w:r w:rsidRPr="00D018F1">
        <w:rPr>
          <w:rFonts w:ascii="Arial Nova Light" w:hAnsi="Arial Nova Light"/>
          <w:sz w:val="21"/>
          <w:szCs w:val="21"/>
        </w:rPr>
        <w:t xml:space="preserve"> odredb</w:t>
      </w:r>
      <w:r w:rsidR="006E1A69">
        <w:rPr>
          <w:rFonts w:ascii="Arial Nova Light" w:hAnsi="Arial Nova Light"/>
          <w:sz w:val="21"/>
          <w:szCs w:val="21"/>
        </w:rPr>
        <w:t>e</w:t>
      </w:r>
      <w:r w:rsidRPr="00D018F1">
        <w:rPr>
          <w:rFonts w:ascii="Arial Nova Light" w:hAnsi="Arial Nova Light"/>
          <w:sz w:val="21"/>
          <w:szCs w:val="21"/>
        </w:rPr>
        <w:t xml:space="preserve"> Nacrta</w:t>
      </w:r>
      <w:r w:rsidR="006E1A69">
        <w:rPr>
          <w:rFonts w:ascii="Arial Nova Light" w:hAnsi="Arial Nova Light"/>
          <w:sz w:val="21"/>
          <w:szCs w:val="21"/>
        </w:rPr>
        <w:t xml:space="preserve"> Pravilnika o ravnateljima društava Hrvatskog Crvenog križa (dalje u tekstu: Nacrt)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05"/>
        <w:gridCol w:w="4082"/>
        <w:gridCol w:w="2096"/>
        <w:gridCol w:w="2880"/>
      </w:tblGrid>
      <w:tr w:rsidR="0022060E" w:rsidRPr="00D018F1" w14:paraId="0DEBE582" w14:textId="77777777" w:rsidTr="00D018F1">
        <w:trPr>
          <w:jc w:val="center"/>
        </w:trPr>
        <w:tc>
          <w:tcPr>
            <w:tcW w:w="905" w:type="dxa"/>
            <w:shd w:val="clear" w:color="auto" w:fill="D9D9D9"/>
            <w:vAlign w:val="center"/>
          </w:tcPr>
          <w:p w14:paraId="6BB150C8" w14:textId="720132D9" w:rsidR="0022060E" w:rsidRPr="00D018F1" w:rsidRDefault="008D1BE7">
            <w:pPr>
              <w:rPr>
                <w:rFonts w:ascii="Arial Nova Light" w:hAnsi="Arial Nova Light"/>
                <w:sz w:val="18"/>
                <w:szCs w:val="18"/>
              </w:rPr>
            </w:pPr>
            <w:r w:rsidRPr="00D018F1">
              <w:rPr>
                <w:rFonts w:ascii="Arial Nova Light" w:hAnsi="Arial Nova Light"/>
                <w:sz w:val="18"/>
                <w:szCs w:val="18"/>
              </w:rPr>
              <w:t xml:space="preserve">Odredba Nacrta </w:t>
            </w:r>
          </w:p>
        </w:tc>
        <w:tc>
          <w:tcPr>
            <w:tcW w:w="4082" w:type="dxa"/>
            <w:shd w:val="clear" w:color="auto" w:fill="D9D9D9"/>
            <w:vAlign w:val="center"/>
          </w:tcPr>
          <w:p w14:paraId="0C74FAB3" w14:textId="77777777" w:rsidR="0022060E" w:rsidRPr="00D018F1" w:rsidRDefault="008D1BE7">
            <w:pPr>
              <w:rPr>
                <w:rFonts w:ascii="Arial Nova Light" w:hAnsi="Arial Nova Light"/>
                <w:sz w:val="18"/>
                <w:szCs w:val="18"/>
              </w:rPr>
            </w:pPr>
            <w:r w:rsidRPr="00D018F1">
              <w:rPr>
                <w:rFonts w:ascii="Arial Nova Light" w:hAnsi="Arial Nova Light"/>
                <w:sz w:val="18"/>
                <w:szCs w:val="18"/>
              </w:rPr>
              <w:t>Primjedba, prijedlog ili mišljenje</w:t>
            </w:r>
          </w:p>
        </w:tc>
        <w:tc>
          <w:tcPr>
            <w:tcW w:w="2096" w:type="dxa"/>
            <w:shd w:val="clear" w:color="auto" w:fill="D9D9D9"/>
            <w:vAlign w:val="center"/>
          </w:tcPr>
          <w:p w14:paraId="7EC26A2F" w14:textId="77777777" w:rsidR="0022060E" w:rsidRPr="00D018F1" w:rsidRDefault="008D1BE7">
            <w:pPr>
              <w:rPr>
                <w:rFonts w:ascii="Arial Nova Light" w:hAnsi="Arial Nova Light"/>
                <w:sz w:val="18"/>
                <w:szCs w:val="18"/>
              </w:rPr>
            </w:pPr>
            <w:r w:rsidRPr="00D018F1">
              <w:rPr>
                <w:rFonts w:ascii="Arial Nova Light" w:hAnsi="Arial Nova Light"/>
                <w:sz w:val="18"/>
                <w:szCs w:val="18"/>
              </w:rPr>
              <w:t>Obrazloženje</w:t>
            </w:r>
          </w:p>
        </w:tc>
        <w:tc>
          <w:tcPr>
            <w:tcW w:w="2880" w:type="dxa"/>
            <w:shd w:val="clear" w:color="auto" w:fill="D9D9D9"/>
            <w:vAlign w:val="center"/>
          </w:tcPr>
          <w:p w14:paraId="03708005" w14:textId="77777777" w:rsidR="0022060E" w:rsidRPr="00D018F1" w:rsidRDefault="008D1BE7">
            <w:pPr>
              <w:rPr>
                <w:rFonts w:ascii="Arial Nova Light" w:hAnsi="Arial Nova Light"/>
                <w:sz w:val="18"/>
                <w:szCs w:val="18"/>
              </w:rPr>
            </w:pPr>
            <w:r w:rsidRPr="00D018F1">
              <w:rPr>
                <w:rFonts w:ascii="Arial Nova Light" w:hAnsi="Arial Nova Light"/>
                <w:sz w:val="18"/>
                <w:szCs w:val="18"/>
              </w:rPr>
              <w:t>Prijedlog konkretnog teksta odredbe (ako se predlaže izmjena)</w:t>
            </w:r>
          </w:p>
        </w:tc>
      </w:tr>
      <w:tr w:rsidR="0022060E" w:rsidRPr="00D018F1" w14:paraId="65F12EA7" w14:textId="77777777" w:rsidTr="00D018F1">
        <w:trPr>
          <w:trHeight w:val="1250"/>
          <w:jc w:val="center"/>
        </w:trPr>
        <w:tc>
          <w:tcPr>
            <w:tcW w:w="905" w:type="dxa"/>
            <w:vAlign w:val="center"/>
          </w:tcPr>
          <w:p w14:paraId="2DD06DB7" w14:textId="77777777" w:rsidR="0022060E" w:rsidRPr="00D018F1" w:rsidRDefault="008D1BE7">
            <w:pPr>
              <w:rPr>
                <w:rFonts w:ascii="Arial Nova Light" w:hAnsi="Arial Nova Light"/>
                <w:sz w:val="21"/>
                <w:szCs w:val="21"/>
              </w:rPr>
            </w:pPr>
            <w:r w:rsidRPr="00D018F1">
              <w:rPr>
                <w:rFonts w:ascii="Arial Nova Light" w:hAnsi="Arial Nova Light"/>
                <w:sz w:val="21"/>
                <w:szCs w:val="21"/>
              </w:rPr>
              <w:br/>
            </w:r>
            <w:r w:rsidRPr="00D018F1">
              <w:rPr>
                <w:rFonts w:ascii="Arial Nova Light" w:hAnsi="Arial Nova Light"/>
                <w:sz w:val="21"/>
                <w:szCs w:val="21"/>
              </w:rPr>
              <w:br/>
            </w:r>
          </w:p>
        </w:tc>
        <w:tc>
          <w:tcPr>
            <w:tcW w:w="4082" w:type="dxa"/>
            <w:vAlign w:val="center"/>
          </w:tcPr>
          <w:p w14:paraId="300DD5E1" w14:textId="77777777" w:rsidR="0022060E" w:rsidRPr="00D018F1" w:rsidRDefault="008D1BE7">
            <w:pPr>
              <w:rPr>
                <w:rFonts w:ascii="Arial Nova Light" w:hAnsi="Arial Nova Light"/>
                <w:sz w:val="21"/>
                <w:szCs w:val="21"/>
              </w:rPr>
            </w:pPr>
            <w:r w:rsidRPr="00D018F1">
              <w:rPr>
                <w:rFonts w:ascii="Arial Nova Light" w:hAnsi="Arial Nova Light"/>
                <w:sz w:val="21"/>
                <w:szCs w:val="21"/>
              </w:rPr>
              <w:br/>
            </w:r>
            <w:r w:rsidRPr="00D018F1">
              <w:rPr>
                <w:rFonts w:ascii="Arial Nova Light" w:hAnsi="Arial Nova Light"/>
                <w:sz w:val="21"/>
                <w:szCs w:val="21"/>
              </w:rPr>
              <w:br/>
            </w:r>
          </w:p>
        </w:tc>
        <w:tc>
          <w:tcPr>
            <w:tcW w:w="2096" w:type="dxa"/>
            <w:vAlign w:val="center"/>
          </w:tcPr>
          <w:p w14:paraId="1DD2EEC2" w14:textId="77777777" w:rsidR="0022060E" w:rsidRPr="00D018F1" w:rsidRDefault="008D1BE7">
            <w:pPr>
              <w:rPr>
                <w:rFonts w:ascii="Arial Nova Light" w:hAnsi="Arial Nova Light"/>
                <w:sz w:val="21"/>
                <w:szCs w:val="21"/>
              </w:rPr>
            </w:pPr>
            <w:r w:rsidRPr="00D018F1">
              <w:rPr>
                <w:rFonts w:ascii="Arial Nova Light" w:hAnsi="Arial Nova Light"/>
                <w:sz w:val="21"/>
                <w:szCs w:val="21"/>
              </w:rPr>
              <w:br/>
            </w:r>
            <w:r w:rsidRPr="00D018F1">
              <w:rPr>
                <w:rFonts w:ascii="Arial Nova Light" w:hAnsi="Arial Nova Light"/>
                <w:sz w:val="21"/>
                <w:szCs w:val="21"/>
              </w:rPr>
              <w:br/>
            </w:r>
          </w:p>
        </w:tc>
        <w:tc>
          <w:tcPr>
            <w:tcW w:w="2880" w:type="dxa"/>
            <w:vAlign w:val="center"/>
          </w:tcPr>
          <w:p w14:paraId="401E5009" w14:textId="77777777" w:rsidR="0022060E" w:rsidRPr="00D018F1" w:rsidRDefault="008D1BE7">
            <w:pPr>
              <w:rPr>
                <w:rFonts w:ascii="Arial Nova Light" w:hAnsi="Arial Nova Light"/>
                <w:sz w:val="21"/>
                <w:szCs w:val="21"/>
              </w:rPr>
            </w:pPr>
            <w:r w:rsidRPr="00D018F1">
              <w:rPr>
                <w:rFonts w:ascii="Arial Nova Light" w:hAnsi="Arial Nova Light"/>
                <w:sz w:val="21"/>
                <w:szCs w:val="21"/>
              </w:rPr>
              <w:br/>
            </w:r>
            <w:r w:rsidRPr="00D018F1">
              <w:rPr>
                <w:rFonts w:ascii="Arial Nova Light" w:hAnsi="Arial Nova Light"/>
                <w:sz w:val="21"/>
                <w:szCs w:val="21"/>
              </w:rPr>
              <w:br/>
            </w:r>
          </w:p>
        </w:tc>
      </w:tr>
      <w:tr w:rsidR="0022060E" w:rsidRPr="00D018F1" w14:paraId="6EFA4C9E" w14:textId="77777777" w:rsidTr="00D018F1">
        <w:trPr>
          <w:trHeight w:val="1410"/>
          <w:jc w:val="center"/>
        </w:trPr>
        <w:tc>
          <w:tcPr>
            <w:tcW w:w="905" w:type="dxa"/>
            <w:vAlign w:val="center"/>
          </w:tcPr>
          <w:p w14:paraId="70979E26" w14:textId="77777777" w:rsidR="0022060E" w:rsidRPr="00D018F1" w:rsidRDefault="008D1BE7">
            <w:pPr>
              <w:rPr>
                <w:rFonts w:ascii="Arial Nova Light" w:hAnsi="Arial Nova Light"/>
                <w:sz w:val="21"/>
                <w:szCs w:val="21"/>
              </w:rPr>
            </w:pPr>
            <w:r w:rsidRPr="00D018F1">
              <w:rPr>
                <w:rFonts w:ascii="Arial Nova Light" w:hAnsi="Arial Nova Light"/>
                <w:sz w:val="21"/>
                <w:szCs w:val="21"/>
              </w:rPr>
              <w:br/>
            </w:r>
            <w:r w:rsidRPr="00D018F1">
              <w:rPr>
                <w:rFonts w:ascii="Arial Nova Light" w:hAnsi="Arial Nova Light"/>
                <w:sz w:val="21"/>
                <w:szCs w:val="21"/>
              </w:rPr>
              <w:br/>
            </w:r>
          </w:p>
        </w:tc>
        <w:tc>
          <w:tcPr>
            <w:tcW w:w="4082" w:type="dxa"/>
            <w:vAlign w:val="center"/>
          </w:tcPr>
          <w:p w14:paraId="039AFDB6" w14:textId="77777777" w:rsidR="0022060E" w:rsidRPr="00D018F1" w:rsidRDefault="008D1BE7">
            <w:pPr>
              <w:rPr>
                <w:rFonts w:ascii="Arial Nova Light" w:hAnsi="Arial Nova Light"/>
                <w:sz w:val="21"/>
                <w:szCs w:val="21"/>
              </w:rPr>
            </w:pPr>
            <w:r w:rsidRPr="00D018F1">
              <w:rPr>
                <w:rFonts w:ascii="Arial Nova Light" w:hAnsi="Arial Nova Light"/>
                <w:sz w:val="21"/>
                <w:szCs w:val="21"/>
              </w:rPr>
              <w:br/>
            </w:r>
            <w:r w:rsidRPr="00D018F1">
              <w:rPr>
                <w:rFonts w:ascii="Arial Nova Light" w:hAnsi="Arial Nova Light"/>
                <w:sz w:val="21"/>
                <w:szCs w:val="21"/>
              </w:rPr>
              <w:br/>
            </w:r>
          </w:p>
        </w:tc>
        <w:tc>
          <w:tcPr>
            <w:tcW w:w="2096" w:type="dxa"/>
            <w:vAlign w:val="center"/>
          </w:tcPr>
          <w:p w14:paraId="6C03E3CA" w14:textId="77777777" w:rsidR="0022060E" w:rsidRPr="00D018F1" w:rsidRDefault="008D1BE7">
            <w:pPr>
              <w:rPr>
                <w:rFonts w:ascii="Arial Nova Light" w:hAnsi="Arial Nova Light"/>
                <w:sz w:val="21"/>
                <w:szCs w:val="21"/>
              </w:rPr>
            </w:pPr>
            <w:r w:rsidRPr="00D018F1">
              <w:rPr>
                <w:rFonts w:ascii="Arial Nova Light" w:hAnsi="Arial Nova Light"/>
                <w:sz w:val="21"/>
                <w:szCs w:val="21"/>
              </w:rPr>
              <w:br/>
            </w:r>
            <w:r w:rsidRPr="00D018F1">
              <w:rPr>
                <w:rFonts w:ascii="Arial Nova Light" w:hAnsi="Arial Nova Light"/>
                <w:sz w:val="21"/>
                <w:szCs w:val="21"/>
              </w:rPr>
              <w:br/>
            </w:r>
          </w:p>
        </w:tc>
        <w:tc>
          <w:tcPr>
            <w:tcW w:w="2880" w:type="dxa"/>
            <w:vAlign w:val="center"/>
          </w:tcPr>
          <w:p w14:paraId="6C46B0D2" w14:textId="77777777" w:rsidR="0022060E" w:rsidRPr="00D018F1" w:rsidRDefault="008D1BE7">
            <w:pPr>
              <w:rPr>
                <w:rFonts w:ascii="Arial Nova Light" w:hAnsi="Arial Nova Light"/>
                <w:sz w:val="21"/>
                <w:szCs w:val="21"/>
              </w:rPr>
            </w:pPr>
            <w:r w:rsidRPr="00D018F1">
              <w:rPr>
                <w:rFonts w:ascii="Arial Nova Light" w:hAnsi="Arial Nova Light"/>
                <w:sz w:val="21"/>
                <w:szCs w:val="21"/>
              </w:rPr>
              <w:br/>
            </w:r>
            <w:r w:rsidRPr="00D018F1">
              <w:rPr>
                <w:rFonts w:ascii="Arial Nova Light" w:hAnsi="Arial Nova Light"/>
                <w:sz w:val="21"/>
                <w:szCs w:val="21"/>
              </w:rPr>
              <w:br/>
            </w:r>
          </w:p>
        </w:tc>
      </w:tr>
      <w:tr w:rsidR="0022060E" w:rsidRPr="00D018F1" w14:paraId="58E32807" w14:textId="77777777" w:rsidTr="00D018F1">
        <w:trPr>
          <w:trHeight w:val="1274"/>
          <w:jc w:val="center"/>
        </w:trPr>
        <w:tc>
          <w:tcPr>
            <w:tcW w:w="905" w:type="dxa"/>
            <w:vAlign w:val="center"/>
          </w:tcPr>
          <w:p w14:paraId="135A2BA2" w14:textId="77777777" w:rsidR="0022060E" w:rsidRPr="00D018F1" w:rsidRDefault="008D1BE7">
            <w:pPr>
              <w:rPr>
                <w:rFonts w:ascii="Arial Nova Light" w:hAnsi="Arial Nova Light"/>
                <w:sz w:val="21"/>
                <w:szCs w:val="21"/>
              </w:rPr>
            </w:pPr>
            <w:r w:rsidRPr="00D018F1">
              <w:rPr>
                <w:rFonts w:ascii="Arial Nova Light" w:hAnsi="Arial Nova Light"/>
                <w:sz w:val="21"/>
                <w:szCs w:val="21"/>
              </w:rPr>
              <w:br/>
            </w:r>
            <w:r w:rsidRPr="00D018F1">
              <w:rPr>
                <w:rFonts w:ascii="Arial Nova Light" w:hAnsi="Arial Nova Light"/>
                <w:sz w:val="21"/>
                <w:szCs w:val="21"/>
              </w:rPr>
              <w:br/>
            </w:r>
          </w:p>
        </w:tc>
        <w:tc>
          <w:tcPr>
            <w:tcW w:w="4082" w:type="dxa"/>
            <w:vAlign w:val="center"/>
          </w:tcPr>
          <w:p w14:paraId="05489E6D" w14:textId="77777777" w:rsidR="0022060E" w:rsidRPr="00D018F1" w:rsidRDefault="008D1BE7">
            <w:pPr>
              <w:rPr>
                <w:rFonts w:ascii="Arial Nova Light" w:hAnsi="Arial Nova Light"/>
                <w:sz w:val="21"/>
                <w:szCs w:val="21"/>
              </w:rPr>
            </w:pPr>
            <w:r w:rsidRPr="00D018F1">
              <w:rPr>
                <w:rFonts w:ascii="Arial Nova Light" w:hAnsi="Arial Nova Light"/>
                <w:sz w:val="21"/>
                <w:szCs w:val="21"/>
              </w:rPr>
              <w:br/>
            </w:r>
            <w:r w:rsidRPr="00D018F1">
              <w:rPr>
                <w:rFonts w:ascii="Arial Nova Light" w:hAnsi="Arial Nova Light"/>
                <w:sz w:val="21"/>
                <w:szCs w:val="21"/>
              </w:rPr>
              <w:br/>
            </w:r>
          </w:p>
        </w:tc>
        <w:tc>
          <w:tcPr>
            <w:tcW w:w="2096" w:type="dxa"/>
            <w:vAlign w:val="center"/>
          </w:tcPr>
          <w:p w14:paraId="4DF27465" w14:textId="77777777" w:rsidR="0022060E" w:rsidRPr="00D018F1" w:rsidRDefault="008D1BE7">
            <w:pPr>
              <w:rPr>
                <w:rFonts w:ascii="Arial Nova Light" w:hAnsi="Arial Nova Light"/>
                <w:sz w:val="21"/>
                <w:szCs w:val="21"/>
              </w:rPr>
            </w:pPr>
            <w:r w:rsidRPr="00D018F1">
              <w:rPr>
                <w:rFonts w:ascii="Arial Nova Light" w:hAnsi="Arial Nova Light"/>
                <w:sz w:val="21"/>
                <w:szCs w:val="21"/>
              </w:rPr>
              <w:br/>
            </w:r>
            <w:r w:rsidRPr="00D018F1">
              <w:rPr>
                <w:rFonts w:ascii="Arial Nova Light" w:hAnsi="Arial Nova Light"/>
                <w:sz w:val="21"/>
                <w:szCs w:val="21"/>
              </w:rPr>
              <w:br/>
            </w:r>
          </w:p>
        </w:tc>
        <w:tc>
          <w:tcPr>
            <w:tcW w:w="2880" w:type="dxa"/>
            <w:vAlign w:val="center"/>
          </w:tcPr>
          <w:p w14:paraId="69681464" w14:textId="77777777" w:rsidR="0022060E" w:rsidRPr="00D018F1" w:rsidRDefault="008D1BE7">
            <w:pPr>
              <w:rPr>
                <w:rFonts w:ascii="Arial Nova Light" w:hAnsi="Arial Nova Light"/>
                <w:sz w:val="21"/>
                <w:szCs w:val="21"/>
              </w:rPr>
            </w:pPr>
            <w:r w:rsidRPr="00D018F1">
              <w:rPr>
                <w:rFonts w:ascii="Arial Nova Light" w:hAnsi="Arial Nova Light"/>
                <w:sz w:val="21"/>
                <w:szCs w:val="21"/>
              </w:rPr>
              <w:br/>
            </w:r>
            <w:r w:rsidRPr="00D018F1">
              <w:rPr>
                <w:rFonts w:ascii="Arial Nova Light" w:hAnsi="Arial Nova Light"/>
                <w:sz w:val="21"/>
                <w:szCs w:val="21"/>
              </w:rPr>
              <w:br/>
            </w:r>
          </w:p>
        </w:tc>
      </w:tr>
    </w:tbl>
    <w:p w14:paraId="1A5BEC53" w14:textId="77777777" w:rsidR="00D018F1" w:rsidRDefault="00D018F1">
      <w:pPr>
        <w:rPr>
          <w:rFonts w:ascii="Arial Nova Light" w:hAnsi="Arial Nova Light"/>
          <w:sz w:val="21"/>
          <w:szCs w:val="21"/>
        </w:rPr>
      </w:pPr>
    </w:p>
    <w:p w14:paraId="7EC3CDE8" w14:textId="2AC0F2B9" w:rsidR="00BD53D0" w:rsidRPr="00D018F1" w:rsidRDefault="00BD53D0" w:rsidP="00FC4522">
      <w:pPr>
        <w:jc w:val="both"/>
        <w:rPr>
          <w:rFonts w:ascii="Arial Nova Light" w:hAnsi="Arial Nova Light"/>
          <w:sz w:val="21"/>
          <w:szCs w:val="21"/>
        </w:rPr>
      </w:pPr>
      <w:r>
        <w:rPr>
          <w:rFonts w:ascii="Arial Nova Light" w:hAnsi="Arial Nova Light"/>
          <w:sz w:val="21"/>
          <w:szCs w:val="21"/>
        </w:rPr>
        <w:t xml:space="preserve">Ime i prezime sudionika savjetovanja, odnosno ime </w:t>
      </w:r>
      <w:r w:rsidRPr="00D018F1">
        <w:rPr>
          <w:rFonts w:ascii="Arial Nova Light" w:hAnsi="Arial Nova Light"/>
          <w:sz w:val="21"/>
          <w:szCs w:val="21"/>
        </w:rPr>
        <w:t xml:space="preserve">i prezime </w:t>
      </w:r>
      <w:r>
        <w:rPr>
          <w:rFonts w:ascii="Arial Nova Light" w:hAnsi="Arial Nova Light"/>
          <w:sz w:val="21"/>
          <w:szCs w:val="21"/>
        </w:rPr>
        <w:t>osobe ovlaštene</w:t>
      </w:r>
      <w:r w:rsidR="00FC4522">
        <w:rPr>
          <w:rFonts w:ascii="Arial Nova Light" w:hAnsi="Arial Nova Light"/>
          <w:sz w:val="21"/>
          <w:szCs w:val="21"/>
        </w:rPr>
        <w:t xml:space="preserve"> za zastupanje</w:t>
      </w:r>
      <w:r w:rsidRPr="00D018F1">
        <w:rPr>
          <w:rFonts w:ascii="Arial Nova Light" w:hAnsi="Arial Nova Light"/>
          <w:sz w:val="21"/>
          <w:szCs w:val="21"/>
        </w:rPr>
        <w:t xml:space="preserve"> sudionika savjetovanja</w:t>
      </w:r>
      <w:r w:rsidR="00FC4522">
        <w:rPr>
          <w:rFonts w:ascii="Arial Nova Light" w:hAnsi="Arial Nova Light"/>
          <w:sz w:val="21"/>
          <w:szCs w:val="21"/>
        </w:rPr>
        <w:t>, koja je sastavila komentar, primjedbe, prijedloge ili mišljenja: ________________________________</w:t>
      </w:r>
    </w:p>
    <w:p w14:paraId="70788EDB" w14:textId="6833A842" w:rsidR="0022060E" w:rsidRDefault="008D1BE7">
      <w:pPr>
        <w:rPr>
          <w:rFonts w:ascii="Arial Nova Light" w:hAnsi="Arial Nova Light"/>
          <w:sz w:val="21"/>
          <w:szCs w:val="21"/>
        </w:rPr>
      </w:pPr>
      <w:r w:rsidRPr="00D018F1">
        <w:rPr>
          <w:rFonts w:ascii="Arial Nova Light" w:hAnsi="Arial Nova Light"/>
          <w:sz w:val="21"/>
          <w:szCs w:val="21"/>
        </w:rPr>
        <w:t>Datum dostavljanja: ____________________</w:t>
      </w:r>
      <w:r w:rsidR="002561B5">
        <w:rPr>
          <w:rFonts w:ascii="Arial Nova Light" w:hAnsi="Arial Nova Light"/>
          <w:sz w:val="21"/>
          <w:szCs w:val="21"/>
        </w:rPr>
        <w:t>__________</w:t>
      </w:r>
      <w:r w:rsidR="00BD53D0">
        <w:rPr>
          <w:rFonts w:ascii="Arial Nova Light" w:hAnsi="Arial Nova Light"/>
          <w:sz w:val="21"/>
          <w:szCs w:val="21"/>
        </w:rPr>
        <w:t>_______________________________________________</w:t>
      </w:r>
    </w:p>
    <w:p w14:paraId="7434943F" w14:textId="2A398598" w:rsidR="002561B5" w:rsidRDefault="00BD53D0">
      <w:pPr>
        <w:rPr>
          <w:rFonts w:ascii="Arial Nova Light" w:hAnsi="Arial Nova Light"/>
          <w:sz w:val="21"/>
          <w:szCs w:val="21"/>
        </w:rPr>
      </w:pPr>
      <w:r>
        <w:rPr>
          <w:rFonts w:ascii="Arial Nova Light" w:hAnsi="Arial Nova Light"/>
          <w:sz w:val="21"/>
          <w:szCs w:val="21"/>
        </w:rPr>
        <w:t>Jeste li suglasni da se ovaj obrazac s imenom</w:t>
      </w:r>
      <w:r w:rsidRPr="00BD53D0">
        <w:rPr>
          <w:rFonts w:ascii="Arial Nova Light" w:hAnsi="Arial Nova Light"/>
          <w:sz w:val="21"/>
          <w:szCs w:val="21"/>
        </w:rPr>
        <w:t xml:space="preserve"> i prezime</w:t>
      </w:r>
      <w:r>
        <w:rPr>
          <w:rFonts w:ascii="Arial Nova Light" w:hAnsi="Arial Nova Light"/>
          <w:sz w:val="21"/>
          <w:szCs w:val="21"/>
        </w:rPr>
        <w:t>nom</w:t>
      </w:r>
      <w:r w:rsidRPr="00BD53D0">
        <w:rPr>
          <w:rFonts w:ascii="Arial Nova Light" w:hAnsi="Arial Nova Light"/>
          <w:sz w:val="21"/>
          <w:szCs w:val="21"/>
        </w:rPr>
        <w:t xml:space="preserve"> odnosno naziv</w:t>
      </w:r>
      <w:r>
        <w:rPr>
          <w:rFonts w:ascii="Arial Nova Light" w:hAnsi="Arial Nova Light"/>
          <w:sz w:val="21"/>
          <w:szCs w:val="21"/>
        </w:rPr>
        <w:t>om</w:t>
      </w:r>
      <w:r w:rsidRPr="00BD53D0">
        <w:rPr>
          <w:rFonts w:ascii="Arial Nova Light" w:hAnsi="Arial Nova Light"/>
          <w:sz w:val="21"/>
          <w:szCs w:val="21"/>
        </w:rPr>
        <w:t xml:space="preserve"> sudionika savjetovanja</w:t>
      </w:r>
      <w:r>
        <w:rPr>
          <w:rFonts w:ascii="Arial Nova Light" w:hAnsi="Arial Nova Light"/>
          <w:sz w:val="21"/>
          <w:szCs w:val="21"/>
        </w:rPr>
        <w:t xml:space="preserve"> objavi na mrežnoj stranici Hrvatskog Crvenog križa: __________________________________________________________ </w:t>
      </w:r>
    </w:p>
    <w:p w14:paraId="5D912014" w14:textId="77777777" w:rsidR="00BD53D0" w:rsidRDefault="00BD53D0">
      <w:pPr>
        <w:rPr>
          <w:rFonts w:ascii="Arial Nova Light" w:hAnsi="Arial Nova Light"/>
          <w:sz w:val="21"/>
          <w:szCs w:val="21"/>
        </w:rPr>
      </w:pPr>
    </w:p>
    <w:p w14:paraId="5381C3EC" w14:textId="77777777" w:rsidR="00BD53D0" w:rsidRPr="00D018F1" w:rsidRDefault="00BD53D0">
      <w:pPr>
        <w:rPr>
          <w:rFonts w:ascii="Arial Nova Light" w:hAnsi="Arial Nova Light"/>
          <w:sz w:val="21"/>
          <w:szCs w:val="21"/>
        </w:rPr>
      </w:pPr>
    </w:p>
    <w:p w14:paraId="06083B8F" w14:textId="53D07AA1" w:rsidR="0022060E" w:rsidRPr="00D018F1" w:rsidRDefault="008D1BE7" w:rsidP="00D018F1">
      <w:pPr>
        <w:jc w:val="both"/>
        <w:rPr>
          <w:rFonts w:ascii="Arial Nova Light" w:hAnsi="Arial Nova Light"/>
          <w:sz w:val="21"/>
          <w:szCs w:val="21"/>
        </w:rPr>
      </w:pPr>
      <w:r w:rsidRPr="00D018F1">
        <w:rPr>
          <w:rFonts w:ascii="Arial Nova Light" w:hAnsi="Arial Nova Light"/>
          <w:b/>
          <w:sz w:val="21"/>
          <w:szCs w:val="21"/>
        </w:rPr>
        <w:lastRenderedPageBreak/>
        <w:t>Obavijest o zaštiti osobnih podataka</w:t>
      </w:r>
    </w:p>
    <w:p w14:paraId="0B1F683E" w14:textId="4436A556" w:rsidR="00FC6262" w:rsidRDefault="008D1BE7" w:rsidP="00D018F1">
      <w:pPr>
        <w:jc w:val="both"/>
        <w:rPr>
          <w:rFonts w:ascii="Arial Nova Light" w:hAnsi="Arial Nova Light"/>
          <w:sz w:val="21"/>
          <w:szCs w:val="21"/>
        </w:rPr>
      </w:pPr>
      <w:r w:rsidRPr="00D018F1">
        <w:rPr>
          <w:rFonts w:ascii="Arial Nova Light" w:hAnsi="Arial Nova Light"/>
          <w:sz w:val="21"/>
          <w:szCs w:val="21"/>
        </w:rPr>
        <w:t xml:space="preserve">Hrvatski Crveni križ obrađuje osobne podatke dostavljene ovim obrascem u svrhu provedbe savjetovanja s javnošću, obrade zaprimljenih </w:t>
      </w:r>
      <w:r w:rsidR="006E1A69">
        <w:rPr>
          <w:rFonts w:ascii="Arial Nova Light" w:hAnsi="Arial Nova Light"/>
          <w:sz w:val="21"/>
          <w:szCs w:val="21"/>
        </w:rPr>
        <w:t xml:space="preserve">primjedbi, </w:t>
      </w:r>
      <w:r w:rsidRPr="00D018F1">
        <w:rPr>
          <w:rFonts w:ascii="Arial Nova Light" w:hAnsi="Arial Nova Light"/>
          <w:sz w:val="21"/>
          <w:szCs w:val="21"/>
        </w:rPr>
        <w:t>prijedloga</w:t>
      </w:r>
      <w:r w:rsidR="006E1A69">
        <w:rPr>
          <w:rFonts w:ascii="Arial Nova Light" w:hAnsi="Arial Nova Light"/>
          <w:sz w:val="21"/>
          <w:szCs w:val="21"/>
        </w:rPr>
        <w:t xml:space="preserve"> ili mišljenja i</w:t>
      </w:r>
      <w:r w:rsidRPr="00D018F1">
        <w:rPr>
          <w:rFonts w:ascii="Arial Nova Light" w:hAnsi="Arial Nova Light"/>
          <w:sz w:val="21"/>
          <w:szCs w:val="21"/>
        </w:rPr>
        <w:t xml:space="preserve"> izrade te objave izvješća o provedenom savjetovanju, u skladu s Uredbom (EU) 2016/679</w:t>
      </w:r>
      <w:r w:rsidR="006E1A69">
        <w:rPr>
          <w:rFonts w:ascii="Arial Nova Light" w:hAnsi="Arial Nova Light"/>
          <w:sz w:val="21"/>
          <w:szCs w:val="21"/>
        </w:rPr>
        <w:t xml:space="preserve"> Europskog parlamenta i Vijeća od 27. travnja 2016. o zaštiti pojedinaca u vezi s obradom osobnih podataka i o slobodnom kretanju takvih podataka te o stavljanju izvan snage Direktive 95/46/EZ </w:t>
      </w:r>
      <w:r w:rsidRPr="00D018F1">
        <w:rPr>
          <w:rFonts w:ascii="Arial Nova Light" w:hAnsi="Arial Nova Light"/>
          <w:sz w:val="21"/>
          <w:szCs w:val="21"/>
        </w:rPr>
        <w:t>(Opća uredba o zaštiti podataka</w:t>
      </w:r>
      <w:r w:rsidR="006E1A69">
        <w:rPr>
          <w:rFonts w:ascii="Arial Nova Light" w:hAnsi="Arial Nova Light"/>
          <w:sz w:val="21"/>
          <w:szCs w:val="21"/>
        </w:rPr>
        <w:t xml:space="preserve"> - GDPR</w:t>
      </w:r>
      <w:r w:rsidRPr="00D018F1">
        <w:rPr>
          <w:rFonts w:ascii="Arial Nova Light" w:hAnsi="Arial Nova Light"/>
          <w:sz w:val="21"/>
          <w:szCs w:val="21"/>
        </w:rPr>
        <w:t>)</w:t>
      </w:r>
      <w:r w:rsidR="006E1A69">
        <w:rPr>
          <w:rFonts w:ascii="Arial Nova Light" w:hAnsi="Arial Nova Light"/>
          <w:sz w:val="21"/>
          <w:szCs w:val="21"/>
        </w:rPr>
        <w:t>, SL EU L119,</w:t>
      </w:r>
      <w:r w:rsidRPr="00D018F1">
        <w:rPr>
          <w:rFonts w:ascii="Arial Nova Light" w:hAnsi="Arial Nova Light"/>
          <w:sz w:val="21"/>
          <w:szCs w:val="21"/>
        </w:rPr>
        <w:t xml:space="preserve"> i Zakonom o provedbi Opće uredbe o zaštiti podataka (</w:t>
      </w:r>
      <w:r w:rsidR="00FC6262">
        <w:rPr>
          <w:rFonts w:ascii="Arial Nova Light" w:hAnsi="Arial Nova Light"/>
          <w:sz w:val="21"/>
          <w:szCs w:val="21"/>
        </w:rPr>
        <w:t xml:space="preserve">„Narodne novine“, broj </w:t>
      </w:r>
      <w:r w:rsidRPr="00D018F1">
        <w:rPr>
          <w:rFonts w:ascii="Arial Nova Light" w:hAnsi="Arial Nova Light"/>
          <w:sz w:val="21"/>
          <w:szCs w:val="21"/>
        </w:rPr>
        <w:t>42/</w:t>
      </w:r>
      <w:r w:rsidR="00FC6262">
        <w:rPr>
          <w:rFonts w:ascii="Arial Nova Light" w:hAnsi="Arial Nova Light"/>
          <w:sz w:val="21"/>
          <w:szCs w:val="21"/>
        </w:rPr>
        <w:t>20</w:t>
      </w:r>
      <w:r w:rsidRPr="00D018F1">
        <w:rPr>
          <w:rFonts w:ascii="Arial Nova Light" w:hAnsi="Arial Nova Light"/>
          <w:sz w:val="21"/>
          <w:szCs w:val="21"/>
        </w:rPr>
        <w:t>18).</w:t>
      </w:r>
    </w:p>
    <w:p w14:paraId="04E189C3" w14:textId="43182644" w:rsidR="0022060E" w:rsidRPr="00D018F1" w:rsidRDefault="008D1BE7" w:rsidP="00D018F1">
      <w:pPr>
        <w:jc w:val="both"/>
        <w:rPr>
          <w:rFonts w:ascii="Arial Nova Light" w:hAnsi="Arial Nova Light"/>
          <w:sz w:val="21"/>
          <w:szCs w:val="21"/>
        </w:rPr>
      </w:pPr>
      <w:r w:rsidRPr="00D018F1">
        <w:rPr>
          <w:rFonts w:ascii="Arial Nova Light" w:hAnsi="Arial Nova Light"/>
          <w:sz w:val="21"/>
          <w:szCs w:val="21"/>
        </w:rPr>
        <w:t>U javno objavljenom izvješću objavljuju se podaci potrebni za transparentan prikaz tijeka i rezultata savjetovanja, dok se kontaktni i drugi osobni podaci koji nisu potrebni za tu svrhu ne objavljuju. Dokumentacija savjetovanja čuva se sukladno propisima kojima se uređuje dokumentarno i arhivsko gradivo i pravilima H</w:t>
      </w:r>
      <w:r w:rsidR="00FC6262">
        <w:rPr>
          <w:rFonts w:ascii="Arial Nova Light" w:hAnsi="Arial Nova Light"/>
          <w:sz w:val="21"/>
          <w:szCs w:val="21"/>
        </w:rPr>
        <w:t xml:space="preserve">rvatskog Crvenog križa </w:t>
      </w:r>
      <w:r w:rsidRPr="00D018F1">
        <w:rPr>
          <w:rFonts w:ascii="Arial Nova Light" w:hAnsi="Arial Nova Light"/>
          <w:sz w:val="21"/>
          <w:szCs w:val="21"/>
        </w:rPr>
        <w:t>o upravljanju dokumentacijom.</w:t>
      </w:r>
    </w:p>
    <w:p w14:paraId="3E679B30" w14:textId="60D87C48" w:rsidR="0022060E" w:rsidRPr="00D018F1" w:rsidRDefault="008D1BE7" w:rsidP="00D018F1">
      <w:pPr>
        <w:jc w:val="both"/>
        <w:rPr>
          <w:rFonts w:ascii="Arial Nova Light" w:hAnsi="Arial Nova Light"/>
          <w:sz w:val="21"/>
          <w:szCs w:val="21"/>
        </w:rPr>
      </w:pPr>
      <w:r w:rsidRPr="00D018F1">
        <w:rPr>
          <w:rFonts w:ascii="Arial Nova Light" w:hAnsi="Arial Nova Light"/>
          <w:sz w:val="21"/>
          <w:szCs w:val="21"/>
        </w:rPr>
        <w:t>Izrazi koji se koriste u ovom obrascu, a imaju rodno značenje, koriste se neutralno i odnose se jednako na sve osobe.</w:t>
      </w:r>
    </w:p>
    <w:sectPr w:rsidR="0022060E" w:rsidRPr="00D018F1" w:rsidSect="00034616">
      <w:pgSz w:w="12240" w:h="15840"/>
      <w:pgMar w:top="964" w:right="1020" w:bottom="964" w:left="1247" w:header="397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4714871">
    <w:abstractNumId w:val="8"/>
  </w:num>
  <w:num w:numId="2" w16cid:durableId="308368114">
    <w:abstractNumId w:val="6"/>
  </w:num>
  <w:num w:numId="3" w16cid:durableId="1537886377">
    <w:abstractNumId w:val="5"/>
  </w:num>
  <w:num w:numId="4" w16cid:durableId="541750889">
    <w:abstractNumId w:val="4"/>
  </w:num>
  <w:num w:numId="5" w16cid:durableId="1709060340">
    <w:abstractNumId w:val="7"/>
  </w:num>
  <w:num w:numId="6" w16cid:durableId="1290282427">
    <w:abstractNumId w:val="3"/>
  </w:num>
  <w:num w:numId="7" w16cid:durableId="594902591">
    <w:abstractNumId w:val="2"/>
  </w:num>
  <w:num w:numId="8" w16cid:durableId="1306157031">
    <w:abstractNumId w:val="1"/>
  </w:num>
  <w:num w:numId="9" w16cid:durableId="955714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7141"/>
    <w:rsid w:val="000F713F"/>
    <w:rsid w:val="0010696C"/>
    <w:rsid w:val="0015074B"/>
    <w:rsid w:val="002008FB"/>
    <w:rsid w:val="0022060E"/>
    <w:rsid w:val="002561B5"/>
    <w:rsid w:val="0029639D"/>
    <w:rsid w:val="002F6608"/>
    <w:rsid w:val="00326F90"/>
    <w:rsid w:val="003A67CB"/>
    <w:rsid w:val="003F3F46"/>
    <w:rsid w:val="005465A8"/>
    <w:rsid w:val="005A4438"/>
    <w:rsid w:val="006E1A69"/>
    <w:rsid w:val="0077655F"/>
    <w:rsid w:val="00793F11"/>
    <w:rsid w:val="008A212C"/>
    <w:rsid w:val="008D1BE7"/>
    <w:rsid w:val="00953C1F"/>
    <w:rsid w:val="00985136"/>
    <w:rsid w:val="009D1B01"/>
    <w:rsid w:val="00A65FA1"/>
    <w:rsid w:val="00AA1D8D"/>
    <w:rsid w:val="00B47730"/>
    <w:rsid w:val="00BD53D0"/>
    <w:rsid w:val="00C0497D"/>
    <w:rsid w:val="00CB0664"/>
    <w:rsid w:val="00D018F1"/>
    <w:rsid w:val="00E621B5"/>
    <w:rsid w:val="00E96FF6"/>
    <w:rsid w:val="00FC4522"/>
    <w:rsid w:val="00FC626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5BACF8"/>
  <w14:defaultImageDpi w14:val="300"/>
  <w15:docId w15:val="{E7A1C3B8-D2B5-4A4E-A1D6-DE4E9B541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Marina Bukovčak</cp:lastModifiedBy>
  <cp:revision>2</cp:revision>
  <dcterms:created xsi:type="dcterms:W3CDTF">2026-10-06T11:50:00Z</dcterms:created>
  <dcterms:modified xsi:type="dcterms:W3CDTF">2026-10-06T11:50:00Z</dcterms:modified>
  <cp:category/>
</cp:coreProperties>
</file>